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241F17"/>
        </w:rPr>
        <w:t>Sortedd — Request Data Deletion</w:t>
      </w:r>
    </w:p>
    <w:p>
      <w:r>
        <w:rPr>
          <w:i/>
          <w:sz w:val="20"/>
        </w:rPr>
        <w:t>Ask us to delete specific personal information we hold about you, without closing your Sortedd account.</w:t>
      </w:r>
    </w:p>
    <w:p>
      <w:r>
        <w:rPr>
          <w:i/>
          <w:sz w:val="19"/>
        </w:rPr>
        <w:t>Effective from the date of your first access to our website or services. Last updated: [DATE — to be set at publishing].</w:t>
      </w:r>
    </w:p>
    <w:p/>
    <w:p>
      <w:r>
        <w:rPr>
          <w:b w:val="0"/>
          <w:i w:val="0"/>
        </w:rPr>
        <w:t>Looking to delete your whole account instead? Use our Delete Account page, that removes everything in one request.</w:t>
      </w:r>
    </w:p>
    <w:p>
      <w:r>
        <w:rPr>
          <w:b w:val="0"/>
          <w:i w:val="0"/>
        </w:rPr>
        <w:t>This page is for members who want to keep using Sortedd but ask us to delete a specific category of data, for example, a particular chat history, an uploaded photo, or information about a specific family member.</w:t>
      </w:r>
    </w:p>
    <w:p>
      <w:pPr>
        <w:pStyle w:val="Heading2"/>
      </w:pPr>
      <w:r>
        <w:rPr>
          <w:color w:val="B8860B"/>
        </w:rPr>
        <w:t>Your Rights Under the DPDP Act</w:t>
      </w:r>
    </w:p>
    <w:p>
      <w:r>
        <w:rPr>
          <w:b w:val="0"/>
          <w:i w:val="0"/>
        </w:rPr>
        <w:t>The Digital Personal Data Protection Act, 2023 gives you the right to request erasure of personal data we hold about you, subject to certain legal exceptions. We honour these requests for all our members.</w:t>
      </w:r>
    </w:p>
    <w:p>
      <w:pPr>
        <w:pStyle w:val="Heading2"/>
      </w:pPr>
      <w:r>
        <w:rPr>
          <w:color w:val="B8860B"/>
        </w:rPr>
        <w:t>What You Can Request</w:t>
      </w:r>
    </w:p>
    <w:p>
      <w:pPr>
        <w:pStyle w:val="ListBullet"/>
      </w:pPr>
      <w:r>
        <w:t>Specific chat messages, photos, or voice notes shared with your Chief Minion.</w:t>
      </w:r>
    </w:p>
    <w:p>
      <w:pPr>
        <w:pStyle w:val="ListBullet"/>
      </w:pPr>
      <w:r>
        <w:t>Information about a particular family member or household contact.</w:t>
      </w:r>
    </w:p>
    <w:p>
      <w:pPr>
        <w:pStyle w:val="ListBullet"/>
      </w:pPr>
      <w:r>
        <w:t>A specific address, phone number, or email previously associated with your account.</w:t>
      </w:r>
    </w:p>
    <w:p>
      <w:pPr>
        <w:pStyle w:val="ListBullet"/>
      </w:pPr>
      <w:r>
        <w:t>Historical task records older than a date you specify.</w:t>
      </w:r>
    </w:p>
    <w:p>
      <w:pPr>
        <w:pStyle w:val="ListBullet"/>
      </w:pPr>
      <w:r>
        <w:t>Any other personal data you can describe with enough detail for us to locate it.</w:t>
      </w:r>
    </w:p>
    <w:p>
      <w:pPr>
        <w:pStyle w:val="Heading2"/>
      </w:pPr>
      <w:r>
        <w:rPr>
          <w:color w:val="B8860B"/>
        </w:rPr>
        <w:t>How to Request</w:t>
      </w:r>
    </w:p>
    <w:p>
      <w:r>
        <w:rPr>
          <w:b w:val="0"/>
          <w:i w:val="0"/>
        </w:rPr>
        <w:t>Send an email to hello@sortedd.in with the subject line "Data Deletion Request", including your registered phone number, a description of the data you want deleted, and, optionally, your reason.</w:t>
      </w:r>
    </w:p>
    <w:p>
      <w:r>
        <w:rPr>
          <w:b w:val="0"/>
          <w:i w:val="0"/>
        </w:rPr>
        <w:t>We will acknowledge your request within 2 business days, verify your identity, and complete the deletion within 30 days of verification. You will receive a written confirmation once deletion is complete.</w:t>
      </w:r>
    </w:p>
    <w:p>
      <w:pPr>
        <w:pStyle w:val="Heading2"/>
      </w:pPr>
      <w:r>
        <w:rPr>
          <w:color w:val="B8860B"/>
        </w:rPr>
        <w:t>What We Cannot Delete</w:t>
      </w:r>
    </w:p>
    <w:p>
      <w:r>
        <w:rPr>
          <w:b w:val="0"/>
          <w:i w:val="0"/>
        </w:rPr>
        <w:t>In limited cases, we may be unable to honour a deletion request, usually because the data is required by law, in active dispute resolution, or essential to detect and prevent fraud:</w:t>
      </w:r>
    </w:p>
    <w:p>
      <w:pPr>
        <w:pStyle w:val="ListBullet"/>
      </w:pPr>
      <w:r>
        <w:t>Invoice and payment records required by Indian tax and accounting law (retained for up to 8 years).</w:t>
      </w:r>
    </w:p>
    <w:p>
      <w:pPr>
        <w:pStyle w:val="ListBullet"/>
      </w:pPr>
      <w:r>
        <w:t>Records relating to an active legal claim, complaint, or regulatory investigation.</w:t>
      </w:r>
    </w:p>
    <w:p>
      <w:pPr>
        <w:pStyle w:val="ListBullet"/>
      </w:pPr>
      <w:r>
        <w:t>Anonymised logs that no longer identify you and are used only for security or abuse prevention.</w:t>
      </w:r>
    </w:p>
    <w:p>
      <w:r>
        <w:rPr>
          <w:b w:val="0"/>
          <w:i w:val="0"/>
        </w:rPr>
        <w:t>If we cannot fully action your request, we will explain why in our written response, and limit any continued processing of the data strictly to the legal purpose stated.</w:t>
      </w:r>
    </w:p>
    <w:p>
      <w:pPr>
        <w:pStyle w:val="Heading2"/>
      </w:pPr>
      <w:r>
        <w:rPr>
          <w:color w:val="B8860B"/>
        </w:rPr>
        <w:t>If You Are Not Satisfied</w:t>
      </w:r>
    </w:p>
    <w:p>
      <w:r>
        <w:rPr>
          <w:b w:val="0"/>
          <w:i w:val="0"/>
        </w:rPr>
        <w:t>You may escalate the matter to our Grievance Officer, Mohit Varshney, Founder and CEO, at hello@sortedd.in, with the words "Escalation, Data Deletion" in the subject line. You may also lodge a complaint with the Data Protection Board of India, established under Section 18 of the DPDP Act, 2023.</w:t>
      </w:r>
    </w:p>
    <w:p>
      <w:pPr>
        <w:pStyle w:val="Heading2"/>
      </w:pPr>
      <w:r>
        <w:rPr>
          <w:color w:val="B8860B"/>
        </w:rPr>
        <w:t>Contact</w:t>
      </w:r>
    </w:p>
    <w:p>
      <w:r>
        <w:rPr>
          <w:b w:val="0"/>
          <w:i w:val="0"/>
        </w:rPr>
        <w:t>7AM Lifestyle &amp; Entertainment Private Limited</w:t>
        <w:br/>
        <w:t>Email: hello@sortedd.in</w:t>
        <w:br/>
        <w:t>Registered Office: 4702, 47th Floor, M3M Heights, Sector 65, Bhondsi, Gurugram, Haryana, 122102, India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